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44"/>
        </w:rPr>
        <w:t>STATEMENT OF WORK</w:t>
      </w:r>
    </w:p>
    <w:p>
      <w:r>
        <w:rPr>
          <w:b/>
          <w:color w:val="E2435C"/>
          <w:sz w:val="24"/>
        </w:rPr>
        <w:t>{{ProjectName}}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0F172A"/>
          <w:sz w:val="21"/>
        </w:rPr>
        <w:t>Between {{VendorName}} (“Vendor”) and {{ClientName}} of {{ClientCompany}} (“Client”).</w:t>
      </w:r>
    </w:p>
    <w:p>
      <w:r>
        <w:rPr>
          <w:b w:val="0"/>
          <w:color w:val="64748B"/>
          <w:sz w:val="19"/>
        </w:rPr>
        <w:t>Period: {{StartDate}} – {{EndDate}}</w:t>
      </w:r>
    </w:p>
    <w:p>
      <w:pPr>
        <w:spacing w:before="200" w:after="80"/>
      </w:pPr>
      <w:r>
        <w:rPr>
          <w:b/>
          <w:color w:val="E2435C"/>
          <w:sz w:val="26"/>
        </w:rPr>
        <w:t>Deliverables</w:t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single" w:sz="4" w:space="0" w:color="E5E1DE"/>
          <w:left w:val="single" w:sz="4" w:space="0" w:color="E5E1DE"/>
          <w:bottom w:val="single" w:sz="4" w:space="0" w:color="E5E1DE"/>
          <w:right w:val="single" w:sz="4" w:space="0" w:color="E5E1DE"/>
          <w:insideH w:val="single" w:sz="4" w:space="0" w:color="E5E1DE"/>
          <w:insideV w:val="single" w:sz="4" w:space="0" w:color="E5E1DE"/>
        </w:tblBorders>
      </w:tblPr>
      <w:tblGrid>
        <w:gridCol w:w="3859"/>
        <w:gridCol w:w="2894"/>
        <w:gridCol w:w="2894"/>
      </w:tblGrid>
      <w:tr>
        <w:tc>
          <w:tcPr>
            <w:tcW w:type="dxa" w:w="385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ITEM</w:t>
            </w:r>
          </w:p>
        </w:tc>
        <w:tc>
          <w:tcPr>
            <w:tcW w:type="dxa" w:w="2894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DESCRIPTION</w:t>
            </w:r>
          </w:p>
        </w:tc>
        <w:tc>
          <w:tcPr>
            <w:tcW w:type="dxa" w:w="2894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DUE DATE</w:t>
            </w:r>
          </w:p>
        </w:tc>
      </w:tr>
      <w:tr>
        <w:tc>
          <w:tcPr>
            <w:tcW w:type="dxa" w:w="385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{{TableStart:Deliverables}}{{Item}}</w:t>
            </w:r>
          </w:p>
        </w:tc>
        <w:tc>
          <w:tcPr>
            <w:tcW w:type="dxa" w:w="2894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{{Description}}</w:t>
            </w:r>
          </w:p>
        </w:tc>
        <w:tc>
          <w:tcPr>
            <w:tcW w:type="dxa" w:w="2894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{{DueDate}}{{TableEnd:Deliverables}}</w:t>
            </w:r>
          </w:p>
        </w:tc>
      </w:tr>
    </w:tbl>
    <w:p>
      <w:pPr>
        <w:spacing w:before="200" w:after="80"/>
      </w:pPr>
      <w:r>
        <w:rPr>
          <w:b/>
          <w:color w:val="E2435C"/>
          <w:sz w:val="26"/>
        </w:rPr>
        <w:t>Milestones &amp; fees</w:t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single" w:sz="4" w:space="0" w:color="E5E1DE"/>
          <w:left w:val="single" w:sz="4" w:space="0" w:color="E5E1DE"/>
          <w:bottom w:val="single" w:sz="4" w:space="0" w:color="E5E1DE"/>
          <w:right w:val="single" w:sz="4" w:space="0" w:color="E5E1DE"/>
          <w:insideH w:val="single" w:sz="4" w:space="0" w:color="E5E1DE"/>
          <w:insideV w:val="single" w:sz="4" w:space="0" w:color="E5E1DE"/>
        </w:tblBorders>
      </w:tblPr>
      <w:tblGrid>
        <w:gridCol w:w="3859"/>
        <w:gridCol w:w="5789"/>
      </w:tblGrid>
      <w:tr>
        <w:tc>
          <w:tcPr>
            <w:tcW w:type="dxa" w:w="385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MILESTONE</w:t>
            </w:r>
          </w:p>
        </w:tc>
        <w:tc>
          <w:tcPr>
            <w:tcW w:type="dxa" w:w="578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AMOUNT</w:t>
            </w:r>
          </w:p>
        </w:tc>
      </w:tr>
      <w:tr>
        <w:tc>
          <w:tcPr>
            <w:tcW w:type="dxa" w:w="385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{{TableStart:Milestones}}{{Milestone}}</w:t>
            </w:r>
          </w:p>
        </w:tc>
        <w:tc>
          <w:tcPr>
            <w:tcW w:type="dxa" w:w="578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{{Amount}}{{TableEnd:Milestones}}</w:t>
            </w:r>
          </w:p>
        </w:tc>
      </w:tr>
    </w:tbl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4"/>
        </w:rPr>
        <w:t>Total fee: {{TotalFee}}</w:t>
      </w:r>
    </w:p>
    <w:p>
      <w:pPr>
        <w:spacing w:before="200" w:after="80"/>
      </w:pPr>
      <w:r>
        <w:rPr>
          <w:b/>
          <w:color w:val="E2435C"/>
          <w:sz w:val="26"/>
        </w:rPr>
        <w:t>Payment terms</w:t>
      </w:r>
    </w:p>
    <w:p>
      <w:r>
        <w:rPr>
          <w:b w:val="0"/>
          <w:color w:val="64748B"/>
          <w:sz w:val="19"/>
        </w:rPr>
        <w:t>{{PaymentTerms}}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64748B"/>
          <w:sz w:val="19"/>
        </w:rPr>
        <w:t>Prepared by {{PreparedBy}}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