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2435C"/>
          <w:sz w:val="44"/>
        </w:rPr>
        <w:t>{{SenderName}}</w:t>
      </w:r>
    </w:p>
    <w:p>
      <w:r>
        <w:rPr>
          <w:b w:val="0"/>
          <w:color w:val="64748B"/>
          <w:sz w:val="18"/>
        </w:rPr>
        <w:t>{{SenderAddress}}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44"/>
        </w:rPr>
        <w:t>SHIPPING NOTE</w:t>
      </w:r>
    </w:p>
    <w:p>
      <w:r>
        <w:rPr>
          <w:b w:val="0"/>
          <w:color w:val="64748B"/>
          <w:sz w:val="19"/>
        </w:rPr>
        <w:t>Order #{{OrderNumber}}    ·    Ordered: {{OrderDate}}    ·    Shipped: {{ShippingDate}}</w:t>
      </w:r>
    </w:p>
    <w:p>
      <w:r>
        <w:rPr>
          <w:b w:val="0"/>
          <w:color w:val="0F172A"/>
          <w:sz w:val="21"/>
        </w:rPr>
      </w:r>
    </w:p>
    <w:p>
      <w:pPr>
        <w:spacing w:after="40"/>
      </w:pPr>
      <w:r>
        <w:rPr>
          <w:b/>
          <w:color w:val="64748B"/>
          <w:sz w:val="16"/>
        </w:rPr>
        <w:t>SHIP TO</w:t>
      </w:r>
    </w:p>
    <w:p>
      <w:r>
        <w:rPr>
          <w:b/>
          <w:color w:val="0F172A"/>
          <w:sz w:val="21"/>
        </w:rPr>
        <w:t>{{CustomerName}}  (Customer #{{CustomerNumber}})</w:t>
      </w:r>
    </w:p>
    <w:p>
      <w:r>
        <w:rPr>
          <w:b w:val="0"/>
          <w:color w:val="0F172A"/>
          <w:sz w:val="21"/>
        </w:rPr>
        <w:t>{{CustomerStreet}}</w:t>
      </w:r>
    </w:p>
    <w:p>
      <w:r>
        <w:rPr>
          <w:b w:val="0"/>
          <w:color w:val="64748B"/>
          <w:sz w:val="19"/>
        </w:rPr>
        <w:t>{{CustomerZipCity}}, {{CustomerCountry}}</w:t>
      </w:r>
    </w:p>
    <w:p>
      <w:r>
        <w:rPr>
          <w:b w:val="0"/>
          <w:color w:val="0F172A"/>
          <w:sz w:val="21"/>
        </w:rPr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1447"/>
        <w:gridCol w:w="1447"/>
        <w:gridCol w:w="1447"/>
        <w:gridCol w:w="1447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#</w:t>
            </w:r>
          </w:p>
        </w:tc>
        <w:tc>
          <w:tcPr>
            <w:tcW w:type="dxa" w:w="1447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ARTICLE</w:t>
            </w:r>
          </w:p>
        </w:tc>
        <w:tc>
          <w:tcPr>
            <w:tcW w:type="dxa" w:w="1447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DESCRIPTION</w:t>
            </w:r>
          </w:p>
        </w:tc>
        <w:tc>
          <w:tcPr>
            <w:tcW w:type="dxa" w:w="1447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UNIT</w:t>
            </w:r>
          </w:p>
        </w:tc>
        <w:tc>
          <w:tcPr>
            <w:tcW w:type="dxa" w:w="1447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QTY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{{TableStart:Goods}}{{Numbering}}</w:t>
            </w:r>
          </w:p>
        </w:tc>
        <w:tc>
          <w:tcPr>
            <w:tcW w:type="dxa" w:w="1447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{{ArticleNo}}</w:t>
            </w:r>
          </w:p>
        </w:tc>
        <w:tc>
          <w:tcPr>
            <w:tcW w:type="dxa" w:w="1447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{{Description}}</w:t>
            </w:r>
          </w:p>
        </w:tc>
        <w:tc>
          <w:tcPr>
            <w:tcW w:type="dxa" w:w="1447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{{Unit}}</w:t>
            </w:r>
          </w:p>
        </w:tc>
        <w:tc>
          <w:tcPr>
            <w:tcW w:type="dxa" w:w="1447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{{Quantity}}{{TableEnd:Goods}}</w:t>
            </w:r>
          </w:p>
        </w:tc>
      </w:tr>
    </w:tbl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All goods listed above were dispatched in good condition.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