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PHOTO &amp; MEDIA CONSENT FORM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0F172A"/>
          <w:sz w:val="21"/>
        </w:rPr>
        <w:t>I, {{ParticipantName}}, of {{ParticipantAddress}}, give my consent to {{OrganizationName}} to capture, store, and use photographs and video recordings of me.</w:t>
      </w:r>
    </w:p>
    <w:p>
      <w:pPr>
        <w:spacing w:before="200" w:after="80"/>
      </w:pPr>
      <w:r>
        <w:rPr>
          <w:b/>
          <w:color w:val="E2435C"/>
          <w:sz w:val="26"/>
        </w:rPr>
        <w:t>Purpose</w:t>
      </w:r>
    </w:p>
    <w:p>
      <w:r>
        <w:rPr>
          <w:b w:val="0"/>
          <w:color w:val="0F172A"/>
          <w:sz w:val="21"/>
        </w:rPr>
        <w:t>The media will be used for {{Purpose}}.</w:t>
      </w:r>
    </w:p>
    <w:p>
      <w:pPr>
        <w:spacing w:before="200" w:after="80"/>
      </w:pPr>
      <w:r>
        <w:rPr>
          <w:b/>
          <w:color w:val="E2435C"/>
          <w:sz w:val="26"/>
        </w:rPr>
        <w:t>Duration</w:t>
      </w:r>
    </w:p>
    <w:p>
      <w:r>
        <w:rPr>
          <w:b w:val="0"/>
          <w:color w:val="0F172A"/>
          <w:sz w:val="21"/>
        </w:rPr>
        <w:t>This consent is valid for {{Duration}} from the date of signing and may be withdrawn in writing at any time.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0F172A"/>
          <w:sz w:val="21"/>
        </w:rPr>
        <w:t>Date: {{ConsentDate}}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Name: {{ParticipantName}}</w:t>
      </w:r>
    </w:p>
    <w:p>
      <w:r>
        <w:rPr>
          <w:b w:val="0"/>
          <w:color w:val="64748B"/>
          <w:sz w:val="21"/>
        </w:rPr>
        <w:t>Signature: ______________________________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