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2435C"/>
          <w:sz w:val="44"/>
        </w:rPr>
        <w:t>{{CompanyName}}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64748B"/>
          <w:sz w:val="19"/>
        </w:rPr>
        <w:t>{{StartDate}}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1"/>
        </w:rPr>
        <w:t>Dear {{CandidateName}},</w:t>
      </w:r>
    </w:p>
    <w:p>
      <w:r>
        <w:rPr>
          <w:b w:val="0"/>
          <w:color w:val="64748B"/>
          <w:sz w:val="19"/>
        </w:rPr>
        <w:t>{{CandidateAddress}}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0F172A"/>
          <w:sz w:val="21"/>
        </w:rPr>
        <w:t>We are delighted to offer you the position of {{RoleTitle}} in our {{Department}} team. We believe your skills and experience are an excellent match, and we look forward to the contribution you will make.</w:t>
      </w:r>
    </w:p>
    <w:p>
      <w:pPr>
        <w:spacing w:before="200" w:after="80"/>
      </w:pPr>
      <w:r>
        <w:rPr>
          <w:b/>
          <w:color w:val="E2435C"/>
          <w:sz w:val="26"/>
        </w:rPr>
        <w:t>Position details</w:t>
      </w:r>
    </w:p>
    <w:p>
      <w:r>
        <w:rPr>
          <w:b w:val="0"/>
          <w:color w:val="0F172A"/>
          <w:sz w:val="21"/>
        </w:rPr>
        <w:t>Role: {{RoleTitle}}</w:t>
      </w:r>
    </w:p>
    <w:p>
      <w:r>
        <w:rPr>
          <w:b w:val="0"/>
          <w:color w:val="0F172A"/>
          <w:sz w:val="21"/>
        </w:rPr>
        <w:t>Department: {{Department}}</w:t>
      </w:r>
    </w:p>
    <w:p>
      <w:r>
        <w:rPr>
          <w:b w:val="0"/>
          <w:color w:val="0F172A"/>
          <w:sz w:val="21"/>
        </w:rPr>
        <w:t>Employment type: {{EmploymentType}}</w:t>
      </w:r>
    </w:p>
    <w:p>
      <w:r>
        <w:rPr>
          <w:b w:val="0"/>
          <w:color w:val="0F172A"/>
          <w:sz w:val="21"/>
        </w:rPr>
        <w:t>Start date: {{StartDate}}</w:t>
      </w:r>
    </w:p>
    <w:p>
      <w:r>
        <w:rPr>
          <w:b w:val="0"/>
          <w:color w:val="0F172A"/>
          <w:sz w:val="21"/>
        </w:rPr>
        <w:t>Reporting to: {{Manager}}</w:t>
      </w:r>
    </w:p>
    <w:p>
      <w:r>
        <w:rPr>
          <w:b w:val="0"/>
          <w:color w:val="0F172A"/>
          <w:sz w:val="21"/>
        </w:rPr>
        <w:t>Compensation: {{Salary}} per {{SalaryPeriod}}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0F172A"/>
          <w:sz w:val="21"/>
        </w:rPr>
        <w:t>This offer is contingent on the standard pre-employment checks and remains open until {{OfferExpiryDate}}. To accept, please sign below and return a copy.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1"/>
        </w:rPr>
        <w:t>Warm regards,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1"/>
        </w:rPr>
        <w:t>{{CompanySignatory}}</w:t>
      </w:r>
    </w:p>
    <w:p>
      <w:r>
        <w:rPr>
          <w:b w:val="0"/>
          <w:color w:val="64748B"/>
          <w:sz w:val="19"/>
        </w:rPr>
        <w:t>{{SignatoryTitle}}, {{CompanyName}}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