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0F172A"/>
          <w:sz w:val="44"/>
        </w:rPr>
        <w:t>MINUTES OF MEETING</w:t>
      </w:r>
    </w:p>
    <w:p>
      <w:r>
        <w:rPr>
          <w:b/>
          <w:color w:val="E2435C"/>
          <w:sz w:val="24"/>
        </w:rPr>
        <w:t>{{MeetingTitle}}</w:t>
      </w:r>
    </w:p>
    <w:p>
      <w:r>
        <w:rPr>
          <w:b w:val="0"/>
          <w:color w:val="0F172A"/>
          <w:sz w:val="21"/>
        </w:rPr>
      </w:r>
    </w:p>
    <w:p>
      <w:r>
        <w:rPr>
          <w:b w:val="0"/>
          <w:color w:val="64748B"/>
          <w:sz w:val="19"/>
        </w:rPr>
        <w:t>Date: {{Date}}    ·    Location: {{Location}}    ·    Chair: {{Chair}}</w:t>
      </w:r>
    </w:p>
    <w:p>
      <w:pPr>
        <w:spacing w:before="200" w:after="80"/>
      </w:pPr>
      <w:r>
        <w:rPr>
          <w:b/>
          <w:color w:val="E2435C"/>
          <w:sz w:val="26"/>
        </w:rPr>
        <w:t>Attendees</w:t>
      </w:r>
    </w:p>
    <w:tbl>
      <w:tblPr>
        <w:tblW w:type="dxa" w:w="9648"/>
        <w:tblLayout w:type="fixed"/>
        <w:tblLook w:firstColumn="1" w:firstRow="1" w:lastColumn="0" w:lastRow="0" w:noHBand="0" w:noVBand="1" w:val="04A0"/>
        <w:tblBorders>
          <w:top w:val="single" w:sz="4" w:space="0" w:color="E5E1DE"/>
          <w:left w:val="single" w:sz="4" w:space="0" w:color="E5E1DE"/>
          <w:bottom w:val="single" w:sz="4" w:space="0" w:color="E5E1DE"/>
          <w:right w:val="single" w:sz="4" w:space="0" w:color="E5E1DE"/>
          <w:insideH w:val="single" w:sz="4" w:space="0" w:color="E5E1DE"/>
          <w:insideV w:val="single" w:sz="4" w:space="0" w:color="E5E1DE"/>
        </w:tblBorders>
      </w:tblPr>
      <w:tblGrid>
        <w:gridCol w:w="3859"/>
        <w:gridCol w:w="2894"/>
        <w:gridCol w:w="2894"/>
      </w:tblGrid>
      <w:tr>
        <w:tc>
          <w:tcPr>
            <w:tcW w:type="dxa" w:w="3859"/>
            <w:shd w:val="clear" w:color="auto" w:fill="FDECEF"/>
            <w:tcMar>
              <w:top w:w="130" w:type="dxa"/>
              <w:bottom w:w="130" w:type="dxa"/>
              <w:left w:w="140" w:type="dxa"/>
              <w:right w:w="140" w:type="dxa"/>
            </w:tcMar>
          </w:tcPr>
          <w:p>
            <w:r/>
            <w:r>
              <w:rPr>
                <w:b/>
                <w:color w:val="E2435C"/>
                <w:sz w:val="17"/>
              </w:rPr>
              <w:t>NAME</w:t>
            </w:r>
          </w:p>
        </w:tc>
        <w:tc>
          <w:tcPr>
            <w:tcW w:type="dxa" w:w="2894"/>
            <w:shd w:val="clear" w:color="auto" w:fill="FDECEF"/>
            <w:tcMar>
              <w:top w:w="130" w:type="dxa"/>
              <w:bottom w:w="130" w:type="dxa"/>
              <w:left w:w="140" w:type="dxa"/>
              <w:right w:w="140" w:type="dxa"/>
            </w:tcMar>
          </w:tcPr>
          <w:p>
            <w:r/>
            <w:r>
              <w:rPr>
                <w:b/>
                <w:color w:val="E2435C"/>
                <w:sz w:val="17"/>
              </w:rPr>
              <w:t>EMAIL</w:t>
            </w:r>
          </w:p>
        </w:tc>
        <w:tc>
          <w:tcPr>
            <w:tcW w:type="dxa" w:w="2894"/>
            <w:shd w:val="clear" w:color="auto" w:fill="FDECEF"/>
            <w:tcMar>
              <w:top w:w="130" w:type="dxa"/>
              <w:bottom w:w="130" w:type="dxa"/>
              <w:left w:w="140" w:type="dxa"/>
              <w:right w:w="140" w:type="dxa"/>
            </w:tcMar>
          </w:tcPr>
          <w:p>
            <w:r/>
            <w:r>
              <w:rPr>
                <w:b/>
                <w:color w:val="E2435C"/>
                <w:sz w:val="17"/>
              </w:rPr>
              <w:t>ROLE</w:t>
            </w:r>
          </w:p>
        </w:tc>
      </w:tr>
      <w:tr>
        <w:tc>
          <w:tcPr>
            <w:tcW w:type="dxa" w:w="3859"/>
            <w:tcMar>
              <w:top w:w="130" w:type="dxa"/>
              <w:bottom w:w="130" w:type="dxa"/>
              <w:left w:w="140" w:type="dxa"/>
              <w:right w:w="140" w:type="dxa"/>
            </w:tcMar>
          </w:tcPr>
          <w:p>
            <w:r/>
            <w:r>
              <w:rPr>
                <w:sz w:val="19"/>
              </w:rPr>
              <w:t>{{TableStart:Attendees}}{{Name}}</w:t>
            </w:r>
          </w:p>
        </w:tc>
        <w:tc>
          <w:tcPr>
            <w:tcW w:type="dxa" w:w="2894"/>
            <w:tcMar>
              <w:top w:w="130" w:type="dxa"/>
              <w:bottom w:w="130" w:type="dxa"/>
              <w:left w:w="140" w:type="dxa"/>
              <w:right w:w="140" w:type="dxa"/>
            </w:tcMar>
          </w:tcPr>
          <w:p>
            <w:r/>
            <w:r>
              <w:rPr>
                <w:sz w:val="19"/>
              </w:rPr>
              <w:t>{{Email}}</w:t>
            </w:r>
          </w:p>
        </w:tc>
        <w:tc>
          <w:tcPr>
            <w:tcW w:type="dxa" w:w="2894"/>
            <w:tcMar>
              <w:top w:w="130" w:type="dxa"/>
              <w:bottom w:w="130" w:type="dxa"/>
              <w:left w:w="140" w:type="dxa"/>
              <w:right w:w="140" w:type="dxa"/>
            </w:tcMar>
          </w:tcPr>
          <w:p>
            <w:r/>
            <w:r>
              <w:rPr>
                <w:sz w:val="19"/>
              </w:rPr>
              <w:t>{{Role}}{{TableEnd:Attendees}}</w:t>
            </w:r>
          </w:p>
        </w:tc>
      </w:tr>
    </w:tbl>
    <w:p>
      <w:pPr>
        <w:spacing w:before="200" w:after="80"/>
      </w:pPr>
      <w:r>
        <w:rPr>
          <w:b/>
          <w:color w:val="E2435C"/>
          <w:sz w:val="26"/>
        </w:rPr>
        <w:t>Agenda &amp; discussion</w:t>
      </w:r>
    </w:p>
    <w:p>
      <w:r>
        <w:rPr>
          <w:b w:val="0"/>
          <w:color w:val="64748B"/>
          <w:sz w:val="19"/>
        </w:rPr>
        <w:t>{{Agenda}}</w:t>
      </w:r>
    </w:p>
    <w:p>
      <w:pPr>
        <w:spacing w:before="200" w:after="80"/>
      </w:pPr>
      <w:r>
        <w:rPr>
          <w:b/>
          <w:color w:val="E2435C"/>
          <w:sz w:val="26"/>
        </w:rPr>
        <w:t>Action items</w:t>
      </w:r>
    </w:p>
    <w:tbl>
      <w:tblPr>
        <w:tblW w:type="dxa" w:w="9648"/>
        <w:tblLayout w:type="fixed"/>
        <w:tblLook w:firstColumn="1" w:firstRow="1" w:lastColumn="0" w:lastRow="0" w:noHBand="0" w:noVBand="1" w:val="04A0"/>
        <w:tblBorders>
          <w:top w:val="single" w:sz="4" w:space="0" w:color="E5E1DE"/>
          <w:left w:val="single" w:sz="4" w:space="0" w:color="E5E1DE"/>
          <w:bottom w:val="single" w:sz="4" w:space="0" w:color="E5E1DE"/>
          <w:right w:val="single" w:sz="4" w:space="0" w:color="E5E1DE"/>
          <w:insideH w:val="single" w:sz="4" w:space="0" w:color="E5E1DE"/>
          <w:insideV w:val="single" w:sz="4" w:space="0" w:color="E5E1DE"/>
        </w:tblBorders>
      </w:tblPr>
      <w:tblGrid>
        <w:gridCol w:w="3859"/>
        <w:gridCol w:w="2894"/>
        <w:gridCol w:w="2894"/>
      </w:tblGrid>
      <w:tr>
        <w:tc>
          <w:tcPr>
            <w:tcW w:type="dxa" w:w="3859"/>
            <w:shd w:val="clear" w:color="auto" w:fill="FDECEF"/>
            <w:tcMar>
              <w:top w:w="130" w:type="dxa"/>
              <w:bottom w:w="130" w:type="dxa"/>
              <w:left w:w="140" w:type="dxa"/>
              <w:right w:w="140" w:type="dxa"/>
            </w:tcMar>
          </w:tcPr>
          <w:p>
            <w:r/>
            <w:r>
              <w:rPr>
                <w:b/>
                <w:color w:val="E2435C"/>
                <w:sz w:val="17"/>
              </w:rPr>
              <w:t>OWNER</w:t>
            </w:r>
          </w:p>
        </w:tc>
        <w:tc>
          <w:tcPr>
            <w:tcW w:type="dxa" w:w="2894"/>
            <w:shd w:val="clear" w:color="auto" w:fill="FDECEF"/>
            <w:tcMar>
              <w:top w:w="130" w:type="dxa"/>
              <w:bottom w:w="130" w:type="dxa"/>
              <w:left w:w="140" w:type="dxa"/>
              <w:right w:w="140" w:type="dxa"/>
            </w:tcMar>
          </w:tcPr>
          <w:p>
            <w:r/>
            <w:r>
              <w:rPr>
                <w:b/>
                <w:color w:val="E2435C"/>
                <w:sz w:val="17"/>
              </w:rPr>
              <w:t>TASK</w:t>
            </w:r>
          </w:p>
        </w:tc>
        <w:tc>
          <w:tcPr>
            <w:tcW w:type="dxa" w:w="2894"/>
            <w:shd w:val="clear" w:color="auto" w:fill="FDECEF"/>
            <w:tcMar>
              <w:top w:w="130" w:type="dxa"/>
              <w:bottom w:w="130" w:type="dxa"/>
              <w:left w:w="140" w:type="dxa"/>
              <w:right w:w="140" w:type="dxa"/>
            </w:tcMar>
          </w:tcPr>
          <w:p>
            <w:r/>
            <w:r>
              <w:rPr>
                <w:b/>
                <w:color w:val="E2435C"/>
                <w:sz w:val="17"/>
              </w:rPr>
              <w:t>DUE DATE</w:t>
            </w:r>
          </w:p>
        </w:tc>
      </w:tr>
      <w:tr>
        <w:tc>
          <w:tcPr>
            <w:tcW w:type="dxa" w:w="3859"/>
            <w:tcMar>
              <w:top w:w="130" w:type="dxa"/>
              <w:bottom w:w="130" w:type="dxa"/>
              <w:left w:w="140" w:type="dxa"/>
              <w:right w:w="140" w:type="dxa"/>
            </w:tcMar>
          </w:tcPr>
          <w:p>
            <w:r/>
            <w:r>
              <w:rPr>
                <w:sz w:val="19"/>
              </w:rPr>
              <w:t>{{TableStart:ActionItems}}{{Owner}}</w:t>
            </w:r>
          </w:p>
        </w:tc>
        <w:tc>
          <w:tcPr>
            <w:tcW w:type="dxa" w:w="2894"/>
            <w:tcMar>
              <w:top w:w="130" w:type="dxa"/>
              <w:bottom w:w="130" w:type="dxa"/>
              <w:left w:w="140" w:type="dxa"/>
              <w:right w:w="140" w:type="dxa"/>
            </w:tcMar>
          </w:tcPr>
          <w:p>
            <w:r/>
            <w:r>
              <w:rPr>
                <w:sz w:val="19"/>
              </w:rPr>
              <w:t>{{Task}}</w:t>
            </w:r>
          </w:p>
        </w:tc>
        <w:tc>
          <w:tcPr>
            <w:tcW w:type="dxa" w:w="2894"/>
            <w:tcMar>
              <w:top w:w="130" w:type="dxa"/>
              <w:bottom w:w="130" w:type="dxa"/>
              <w:left w:w="140" w:type="dxa"/>
              <w:right w:w="140" w:type="dxa"/>
            </w:tcMar>
          </w:tcPr>
          <w:p>
            <w:r/>
            <w:r>
              <w:rPr>
                <w:sz w:val="19"/>
              </w:rPr>
              <w:t>{{DueDate}}{{TableEnd:ActionItems}}</w:t>
            </w:r>
          </w:p>
        </w:tc>
      </w:tr>
    </w:tbl>
    <w:sectPr w:rsidR="00FC693F" w:rsidRPr="0006063C" w:rsidSect="00034616">
      <w:headerReference w:type="default" r:id="rId9"/>
      <w:pgSz w:w="12240" w:h="15840"/>
      <w:pgMar w:top="1944" w:right="1296" w:bottom="1296" w:left="1296" w:header="648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  <w:tbl>
    <w:tblPr>
      <w:tblW w:type="auto" w:w="0"/>
      <w:jc w:val="right"/>
      <w:tblLayout w:type="fixed"/>
      <w:tblLook w:firstColumn="1" w:firstRow="1" w:lastColumn="0" w:lastRow="0" w:noHBand="0" w:noVBand="1" w:val="04A0"/>
      <w:tblBorders>
        <w:top w:val="nil"/>
        <w:left w:val="nil"/>
        <w:bottom w:val="nil"/>
        <w:right w:val="nil"/>
        <w:insideH w:val="nil"/>
        <w:insideV w:val="nil"/>
      </w:tblBorders>
    </w:tblPr>
    <w:tblGrid>
      <w:gridCol w:w="1500"/>
      <w:gridCol w:w="1500"/>
    </w:tblGrid>
    <w:tr>
      <w:tc>
        <w:tcPr>
          <w:tcW w:type="dxa" w:w="320"/>
          <w:tcMar>
            <w:top w:w="0" w:type="dxa"/>
            <w:bottom w:w="0" w:type="dxa"/>
            <w:left w:w="0" w:type="dxa"/>
            <w:right w:w="0" w:type="dxa"/>
          </w:tcMar>
          <w:vAlign w:val="center"/>
          <w:noWrap/>
        </w:tcPr>
        <w:p>
          <w:pPr>
            <w:spacing w:after="0" w:before="0"/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190500" cy="1905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docexport-icon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500" cy="1905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2680"/>
          <w:tcMar>
            <w:top w:w="0" w:type="dxa"/>
            <w:bottom w:w="0" w:type="dxa"/>
            <w:left w:w="0" w:type="dxa"/>
            <w:right w:w="0" w:type="dxa"/>
          </w:tcMar>
          <w:vAlign w:val="center"/>
          <w:noWrap/>
        </w:tcPr>
        <w:p>
          <w:pPr>
            <w:spacing w:after="0" w:before="0"/>
            <w:jc w:val="left"/>
          </w:pPr>
          <w:r>
            <w:rPr>
              <w:b/>
              <w:color w:val="0F172A"/>
              <w:sz w:val="24"/>
            </w:rPr>
            <w:t>DocExport</w:t>
          </w:r>
          <w:r>
            <w:rPr>
              <w:b/>
              <w:color w:val="066AAB"/>
              <w:sz w:val="24"/>
            </w:rPr>
            <w:t>.ai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0F172A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