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172A"/>
          <w:sz w:val="44"/>
        </w:rPr>
        <w:t>MEETING AGENDA</w:t>
      </w:r>
    </w:p>
    <w:p>
      <w:r>
        <w:rPr>
          <w:b/>
          <w:color w:val="E2435C"/>
          <w:sz w:val="24"/>
        </w:rPr>
        <w:t>{{MeetingTitle}}</w:t>
      </w:r>
    </w:p>
    <w:p>
      <w:r>
        <w:rPr>
          <w:b w:val="0"/>
          <w:color w:val="0F172A"/>
          <w:sz w:val="21"/>
        </w:rPr>
      </w:r>
    </w:p>
    <w:p>
      <w:r>
        <w:rPr>
          <w:b w:val="0"/>
          <w:color w:val="64748B"/>
          <w:sz w:val="19"/>
        </w:rPr>
        <w:t>Date: {{Date}}    ·    Location: {{Location}}</w:t>
      </w:r>
    </w:p>
    <w:p>
      <w:r>
        <w:rPr>
          <w:b w:val="0"/>
          <w:color w:val="64748B"/>
          <w:sz w:val="19"/>
        </w:rPr>
        <w:t>Participants: {{Participants}}</w:t>
      </w:r>
    </w:p>
    <w:p>
      <w:pPr>
        <w:spacing w:before="200" w:after="80"/>
      </w:pPr>
      <w:r>
        <w:rPr>
          <w:b/>
          <w:color w:val="E2435C"/>
          <w:sz w:val="26"/>
        </w:rPr>
        <w:t>Agenda</w:t>
      </w:r>
    </w:p>
    <w:tbl>
      <w:tblPr>
        <w:tblW w:type="dxa" w:w="9648"/>
        <w:tblLayout w:type="fixed"/>
        <w:tblLook w:firstColumn="1" w:firstRow="1" w:lastColumn="0" w:lastRow="0" w:noHBand="0" w:noVBand="1" w:val="04A0"/>
        <w:tblBorders>
          <w:top w:val="single" w:sz="4" w:space="0" w:color="E5E1DE"/>
          <w:left w:val="single" w:sz="4" w:space="0" w:color="E5E1DE"/>
          <w:bottom w:val="single" w:sz="4" w:space="0" w:color="E5E1DE"/>
          <w:right w:val="single" w:sz="4" w:space="0" w:color="E5E1DE"/>
          <w:insideH w:val="single" w:sz="4" w:space="0" w:color="E5E1DE"/>
          <w:insideV w:val="single" w:sz="4" w:space="0" w:color="E5E1DE"/>
        </w:tblBorders>
      </w:tblPr>
      <w:tblGrid>
        <w:gridCol w:w="3859"/>
        <w:gridCol w:w="2894"/>
        <w:gridCol w:w="2894"/>
      </w:tblGrid>
      <w:tr>
        <w:tc>
          <w:tcPr>
            <w:tcW w:type="dxa" w:w="3859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TOPIC</w:t>
            </w:r>
          </w:p>
        </w:tc>
        <w:tc>
          <w:tcPr>
            <w:tcW w:type="dxa" w:w="2894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PRESENTER</w:t>
            </w:r>
          </w:p>
        </w:tc>
        <w:tc>
          <w:tcPr>
            <w:tcW w:type="dxa" w:w="2894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TIME</w:t>
            </w:r>
          </w:p>
        </w:tc>
      </w:tr>
      <w:tr>
        <w:tc>
          <w:tcPr>
            <w:tcW w:type="dxa" w:w="3859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{{TableStart:AgendaItems}}{{Topic}}</w:t>
            </w:r>
          </w:p>
        </w:tc>
        <w:tc>
          <w:tcPr>
            <w:tcW w:type="dxa" w:w="2894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{{Presenter}}</w:t>
            </w:r>
          </w:p>
        </w:tc>
        <w:tc>
          <w:tcPr>
            <w:tcW w:type="dxa" w:w="2894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{{Duration}}{{TableEnd:AgendaItems}}</w:t>
            </w:r>
          </w:p>
        </w:tc>
      </w:tr>
    </w:tbl>
    <w:p>
      <w:pPr>
        <w:spacing w:before="200" w:after="80"/>
      </w:pPr>
      <w:r>
        <w:rPr>
          <w:b/>
          <w:color w:val="E2435C"/>
          <w:sz w:val="26"/>
        </w:rPr>
        <w:t>Notes</w:t>
      </w:r>
    </w:p>
    <w:p>
      <w:r>
        <w:rPr>
          <w:b w:val="0"/>
          <w:color w:val="64748B"/>
          <w:sz w:val="19"/>
        </w:rPr>
        <w:t>{{Notes}}</w:t>
      </w:r>
    </w:p>
    <w:sectPr w:rsidR="00FC693F" w:rsidRPr="0006063C" w:rsidSect="00034616">
      <w:headerReference w:type="default" r:id="rId9"/>
      <w:pgSz w:w="12240" w:h="15840"/>
      <w:pgMar w:top="1944" w:right="1296" w:bottom="1296" w:left="1296" w:header="64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right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1500"/>
      <w:gridCol w:w="1500"/>
    </w:tblGrid>
    <w:tr>
      <w:tc>
        <w:tcPr>
          <w:tcW w:type="dxa" w:w="32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90500" cy="190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docexport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268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left"/>
          </w:pPr>
          <w:r>
            <w:rPr>
              <w:b/>
              <w:color w:val="0F172A"/>
              <w:sz w:val="24"/>
            </w:rPr>
            <w:t>DocExport</w:t>
          </w:r>
          <w:r>
            <w:rPr>
              <w:b/>
              <w:color w:val="066AAB"/>
              <w:sz w:val="24"/>
            </w:rPr>
            <w:t>.ai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